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Georgia" w:hAnsi="Georgia"/>
          <w:b/>
          <w:color w:val="2D1D16"/>
          <w:sz w:val="54"/>
        </w:rPr>
        <w:t>Victoria Park</w:t>
      </w:r>
    </w:p>
    <w:p>
      <w:pPr>
        <w:spacing w:after="320"/>
        <w:jc w:val="center"/>
      </w:pPr>
      <w:r>
        <w:rPr>
          <w:rFonts w:ascii="Arial" w:hAnsi="Arial"/>
          <w:color w:val="795747"/>
          <w:sz w:val="20"/>
        </w:rPr>
        <w:t>Client Intake Form</w:t>
      </w:r>
    </w:p>
    <w:p>
      <w:pPr>
        <w:spacing w:after="160" w:before="160"/>
        <w:ind w:left="173" w:right="173"/>
        <w:shd w:fill="F3EDE2"/>
      </w:pPr>
      <w:r>
        <w:rPr>
          <w:rFonts w:ascii="Arial" w:hAnsi="Arial"/>
          <w:color w:val="2D1D16"/>
          <w:sz w:val="19"/>
        </w:rPr>
        <w:t>Open this form in Word or Google Docs, click each shaded field, replace the placeholder with your answer, then save and email it to parkfitted@gmail.com.</w:t>
      </w:r>
    </w:p>
    <w:p>
      <w:pPr>
        <w:spacing w:before="240" w:after="40"/>
      </w:pPr>
      <w:r>
        <w:rPr>
          <w:rFonts w:ascii="Georgia" w:hAnsi="Georgia"/>
          <w:color w:val="2D1D16"/>
          <w:sz w:val="32"/>
        </w:rPr>
        <w:t>Tell me a little about you</w:t>
      </w:r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Your name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The name you would like me to use.</w:t>
      </w:r>
    </w:p>
    <w:p>
      <w:pPr>
        <w:spacing w:after="140" w:before="140"/>
        <w:ind w:left="115" w:right="115"/>
        <w:shd w:fill="E5DBCF"/>
      </w:pPr>
      <w:sdt>
        <w:sdtPr>
          <w:tag w:val="CLIENT_NAME"/>
          <w:alias w:val="CLIENT_NAME"/>
          <w:text/>
        </w:sdtPr>
        <w:sdtContent>
          <w:r>
            <w:rPr>
              <w:rFonts w:ascii="Arial" w:hAnsi="Arial"/>
              <w:color w:val="795747"/>
              <w:sz w:val="21"/>
            </w:rPr>
            <w:t>{{CLIENT_NAME}}</w:t>
          </w:r>
        </w:sdtContent>
      </w:sdt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Your city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Where you currently live.</w:t>
      </w:r>
    </w:p>
    <w:p>
      <w:pPr>
        <w:spacing w:after="140" w:before="140"/>
        <w:ind w:left="115" w:right="115"/>
        <w:shd w:fill="E5DBCF"/>
      </w:pPr>
      <w:sdt>
        <w:sdtPr>
          <w:tag w:val="CITY"/>
          <w:alias w:val="CITY"/>
          <w:text/>
        </w:sdtPr>
        <w:sdtContent>
          <w:r>
            <w:rPr>
              <w:rFonts w:ascii="Arial" w:hAnsi="Arial"/>
              <w:color w:val="795747"/>
              <w:sz w:val="21"/>
            </w:rPr>
            <w:t>{{CITY}}</w:t>
          </w:r>
        </w:sdtContent>
      </w:sdt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Describe the current state of your style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Share what feels right, what feels off, and how getting dressed currently feels.</w:t>
      </w:r>
    </w:p>
    <w:p>
      <w:pPr>
        <w:spacing w:after="140" w:before="140"/>
        <w:ind w:left="115" w:right="115"/>
        <w:shd w:fill="E5DBCF"/>
      </w:pPr>
      <w:sdt>
        <w:sdtPr>
          <w:tag w:val="CURRENT_STYLE"/>
          <w:alias w:val="CURRENT_STYLE"/>
          <w:text/>
        </w:sdtPr>
        <w:sdtContent>
          <w:r>
            <w:rPr>
              <w:rFonts w:ascii="Arial" w:hAnsi="Arial"/>
              <w:color w:val="795747"/>
              <w:sz w:val="21"/>
            </w:rPr>
            <w:t>{{CURRENT_STYLE}}</w:t>
          </w:r>
        </w:sdtContent>
      </w:sdt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Describe the current state of your closet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Tell me what is working, what you never wear, and what feels missing.</w:t>
      </w:r>
    </w:p>
    <w:p>
      <w:pPr>
        <w:spacing w:after="140" w:before="140"/>
        <w:ind w:left="115" w:right="115"/>
        <w:shd w:fill="E5DBCF"/>
      </w:pPr>
      <w:sdt>
        <w:sdtPr>
          <w:tag w:val="CURRENT_CLOSET"/>
          <w:alias w:val="CURRENT_CLOSET"/>
          <w:text/>
        </w:sdtPr>
        <w:sdtContent>
          <w:r>
            <w:rPr>
              <w:rFonts w:ascii="Arial" w:hAnsi="Arial"/>
              <w:color w:val="795747"/>
              <w:sz w:val="21"/>
            </w:rPr>
            <w:t>{{CURRENT_CLOSET}}</w:t>
          </w:r>
        </w:sdtContent>
      </w:sdt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What is your goal for your style?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Think about the version of yourself you want your clothing to support.</w:t>
      </w:r>
    </w:p>
    <w:p>
      <w:pPr>
        <w:spacing w:after="140" w:before="140"/>
        <w:ind w:left="115" w:right="115"/>
        <w:shd w:fill="E5DBCF"/>
      </w:pPr>
      <w:sdt>
        <w:sdtPr>
          <w:tag w:val="STYLE_GOAL"/>
          <w:alias w:val="STYLE_GOAL"/>
          <w:text/>
        </w:sdtPr>
        <w:sdtContent>
          <w:r>
            <w:rPr>
              <w:rFonts w:ascii="Arial" w:hAnsi="Arial"/>
              <w:color w:val="795747"/>
              <w:sz w:val="21"/>
            </w:rPr>
            <w:t>{{STYLE_GOAL}}</w:t>
          </w:r>
        </w:sdtContent>
      </w:sdt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What is your goal for your closet?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What would make your wardrobe feel easier, more useful, or more intentional?</w:t>
      </w:r>
    </w:p>
    <w:p>
      <w:pPr>
        <w:spacing w:after="140" w:before="140"/>
        <w:ind w:left="115" w:right="115"/>
        <w:shd w:fill="E5DBCF"/>
      </w:pPr>
      <w:sdt>
        <w:sdtPr>
          <w:tag w:val="CLOSET_GOAL"/>
          <w:alias w:val="CLOSET_GOAL"/>
          <w:text/>
        </w:sdtPr>
        <w:sdtContent>
          <w:r>
            <w:rPr>
              <w:rFonts w:ascii="Arial" w:hAnsi="Arial"/>
              <w:color w:val="795747"/>
              <w:sz w:val="21"/>
            </w:rPr>
            <w:t>{{CLOSET_GOAL}}</w:t>
          </w:r>
        </w:sdtContent>
      </w:sdt>
    </w:p>
    <w:p>
      <w:pPr>
        <w:spacing w:before="160" w:after="60"/>
      </w:pPr>
      <w:r>
        <w:rPr>
          <w:rFonts w:ascii="Arial" w:hAnsi="Arial"/>
          <w:b/>
          <w:color w:val="2D1D16"/>
          <w:sz w:val="21"/>
        </w:rPr>
        <w:t>Anything else you would like me to know?</w:t>
      </w:r>
    </w:p>
    <w:p>
      <w:pPr>
        <w:spacing w:after="100"/>
      </w:pPr>
      <w:r>
        <w:rPr>
          <w:rFonts w:ascii="Arial" w:hAnsi="Arial"/>
          <w:color w:val="795747"/>
          <w:sz w:val="18"/>
        </w:rPr>
        <w:t>Share any upcoming occasions, preferences, fit considerations, or details that will help me prepare.</w:t>
      </w:r>
    </w:p>
    <w:p>
      <w:pPr>
        <w:spacing w:after="140" w:before="140"/>
        <w:ind w:left="115" w:right="115"/>
        <w:shd w:fill="E5DBCF"/>
      </w:pPr>
      <w:sdt>
        <w:sdtPr>
          <w:tag w:val="ADDITIONAL_NOTES"/>
          <w:alias w:val="ADDITIONAL_NOTES"/>
          <w:text/>
        </w:sdtPr>
        <w:sdtContent>
          <w:r>
            <w:rPr>
              <w:rFonts w:ascii="Arial" w:hAnsi="Arial"/>
              <w:color w:val="795747"/>
              <w:sz w:val="21"/>
            </w:rPr>
            <w:t>{{ADDITIONAL_NOTES}}</w:t>
          </w:r>
        </w:sdtContent>
      </w:sdt>
    </w:p>
    <w:sectPr w:rsidR="00FC693F" w:rsidRPr="0006063C" w:rsidSect="00034616">
      <w:footerReference w:type="default" r:id="rId9"/>
      <w:pgSz w:w="12240" w:h="15840"/>
      <w:pgMar w:top="1037" w:right="1224" w:bottom="1037" w:left="1224" w:header="432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95747"/>
        <w:sz w:val="16"/>
      </w:rPr>
      <w:t>Victoria Park  |  editedbyvictoria.com  |  parkfitted@gmail.com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D1D1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 Park Client Intake Form</dc:title>
  <dc:subject/>
  <dc:creator>Victoria Park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